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Window Cleaning Service Agreement</w:t>
      </w:r>
    </w:p>
    <w:p>
      <w:r>
        <w:t>Business name ______________________________</w:t>
      </w:r>
    </w:p>
    <w:p>
      <w:r>
        <w:t>Business phone and email ______________________________</w:t>
      </w:r>
    </w:p>
    <w:p>
      <w:r>
        <w:t>Business mailing address ______________________________</w:t>
      </w:r>
    </w:p>
    <w:p>
      <w:r>
        <w:t>Customer name ______________________________</w:t>
      </w:r>
    </w:p>
    <w:p>
      <w:r>
        <w:t>Service location ______________________________</w:t>
      </w:r>
    </w:p>
    <w:p>
      <w:r>
        <w:t>Document date __________  Reference __________</w:t>
      </w:r>
    </w:p>
    <w:p>
      <w:r>
        <w:t>Agreement dates __________ to __________</w:t>
      </w:r>
    </w:p>
    <w:p>
      <w:r>
        <w:t>Agreed work and limits</w:t>
      </w:r>
    </w:p>
    <w:p>
      <w:r>
        <w:t>Window count type and access ____________________</w:t>
      </w:r>
    </w:p>
    <w:p>
      <w:r>
        <w:t>Interior exterior or both ____________________</w:t>
      </w:r>
    </w:p>
    <w:p>
      <w:r>
        <w:t>Screens tracks and agreed exclusions ____________________</w:t>
      </w:r>
    </w:p>
    <w:p>
      <w:r>
        <w:t>Included visits and frequency ______________________________</w:t>
      </w:r>
    </w:p>
    <w:p>
      <w:r>
        <w:t>Excluded work and additional work approval __________________</w:t>
      </w:r>
    </w:p>
    <w:p>
      <w:r>
        <w:t>Price taxes and payment timing ____________________________</w:t>
      </w:r>
    </w:p>
    <w:p>
      <w:r>
        <w:t>Customer access and preparation __________________________</w:t>
      </w:r>
    </w:p>
    <w:p>
      <w:r>
        <w:t>Rescheduling cancellation and termination __________________</w:t>
      </w:r>
    </w:p>
    <w:p>
      <w:r>
        <w:t>Licensing permits insurance and local requirements ___________</w:t>
      </w:r>
    </w:p>
    <w:p>
      <w:r>
        <w:t>Work documentation and follow up _________________________</w:t>
      </w:r>
    </w:p>
    <w:p>
      <w:r>
        <w:t>Both parties should review the completed scope and local rules.</w:t>
      </w:r>
    </w:p>
    <w:p>
      <w:r>
        <w:t>Provider signature __________ Date __________</w:t>
      </w:r>
    </w:p>
    <w:p>
      <w:r>
        <w:t>Customer signature __________ Date __________</w:t>
      </w:r>
    </w:p>
    <w:p>
      <w:r>
        <w:t>Template only, not legal advice - check your state's rules.</w:t>
      </w:r>
    </w:p>
    <w:sectPr w:rsidR="00FC693F" w:rsidRPr="0006063C" w:rsidSect="00034616">
      <w:footerReference w:type="default" r:id="rId9"/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Shop contact ____________________  |  Template from ampdIQ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Window Cleaning Service Agreement</dc:title>
  <dc:subject/>
  <dc:creator>ampdIQ Team</dc:creator>
  <cp:keywords/>
  <dc:description>generated by python-docx</dc:description>
  <cp:lastModifiedBy>ampdIQ Team</cp:lastModifiedBy>
  <cp:revision>1</cp:revision>
  <dcterms:created xsi:type="dcterms:W3CDTF">2013-12-23T23:15:00Z</dcterms:created>
  <dcterms:modified xsi:type="dcterms:W3CDTF">2013-12-23T23:15:00Z</dcterms:modified>
  <cp:category/>
</cp:coreProperties>
</file>