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Well and Pump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Pump and tank model ____________________</w:t>
      </w:r>
    </w:p>
    <w:p>
      <w:r>
        <w:t>Reported water supply issue ____________________</w:t>
      </w:r>
    </w:p>
    <w:p>
      <w:r>
        <w:t>Testing permit and specialist scope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 and Pump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