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Sewer and Drain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Line and access point ____________________</w:t>
      </w:r>
    </w:p>
    <w:p>
      <w:r>
        <w:t>Reported backup location ____________________</w:t>
      </w:r>
    </w:p>
    <w:p>
      <w:r>
        <w:t>Camera or cleanout documentation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Sewer and Drain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