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Generators Estimate</w:t>
      </w:r>
    </w:p>
    <w:p>
      <w:r>
        <w:t>Business name ______________________________</w:t>
      </w:r>
    </w:p>
    <w:p>
      <w:r>
        <w:t>Business phone and email ______________________________</w:t>
      </w:r>
    </w:p>
    <w:p>
      <w:r>
        <w:t>Business mailing address ______________________________</w:t>
      </w:r>
    </w:p>
    <w:p>
      <w:r>
        <w:t>Customer name ______________________________</w:t>
      </w:r>
    </w:p>
    <w:p>
      <w:r>
        <w:t>Service location ______________________________</w:t>
      </w:r>
    </w:p>
    <w:p>
      <w:r>
        <w:t>Document date __________  Reference __________</w:t>
      </w:r>
    </w:p>
    <w:p>
      <w:r>
        <w:t>Estimate valid until __________</w:t>
      </w:r>
    </w:p>
    <w:p>
      <w:r>
        <w:t>Generator model and serial ____________________</w:t>
      </w:r>
    </w:p>
    <w:p>
      <w:r>
        <w:t>Fuel and service documentation ____________________</w:t>
      </w:r>
    </w:p>
    <w:p>
      <w:r>
        <w:t>Manufacturer schedule and licensed scope ____________________</w:t>
      </w:r>
    </w:p>
    <w:p>
      <w:r>
        <w:t>Description                         Qty       Rate       Amount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_______________________________________________</w:t>
      </w:r>
    </w:p>
    <w:p>
      <w:r>
        <w:t>Labor __________  Materials __________  Trip fee __________</w:t>
      </w:r>
    </w:p>
    <w:p>
      <w:r>
        <w:t>Subtotal __________  Tax if applicable __________</w:t>
      </w:r>
    </w:p>
    <w:p>
      <w:r>
        <w:t>Deposit or prior payments __________  Total or balance __________</w:t>
      </w:r>
    </w:p>
    <w:p>
      <w:r>
        <w:t>Scope included and excluded ______________________________</w:t>
      </w:r>
    </w:p>
    <w:p>
      <w:r>
        <w:t>Changes require customer approval before extra work.</w:t>
      </w:r>
    </w:p>
    <w:p>
      <w:r>
        <w:t>Payment schedule and estimate assumptions ____________________</w:t>
      </w:r>
    </w:p>
    <w:p>
      <w:r>
        <w:t>Customer approval __________  Date 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Shop contact ____________________  |  Template from ampdIQ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Generators Estimate</dc:title>
  <dc:subject/>
  <dc:creator>ampdIQ Team</dc:creator>
  <cp:keywords/>
  <dc:description>generated by python-docx</dc:description>
  <cp:lastModifiedBy>ampdIQ Team</cp:lastModifiedBy>
  <cp:revision>1</cp:revision>
  <dcterms:created xsi:type="dcterms:W3CDTF">2013-12-23T23:15:00Z</dcterms:created>
  <dcterms:modified xsi:type="dcterms:W3CDTF">2013-12-23T23:15:00Z</dcterms:modified>
  <cp:category/>
</cp:coreProperties>
</file>