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Garage Doors Maintenance Checklist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Maintenance visit date __________  Technician __________</w:t>
      </w:r>
    </w:p>
    <w:p>
      <w:r>
        <w:t>Door and opener model ____________________</w:t>
      </w:r>
    </w:p>
    <w:p>
      <w:r>
        <w:t>Door dimensions and access ____________________</w:t>
      </w:r>
    </w:p>
    <w:p>
      <w:r>
        <w:t>Reported operating issue ____________________</w:t>
      </w:r>
    </w:p>
    <w:p>
      <w:r>
        <w:t>[ ] Confirm agreed scope access and customer concerns</w:t>
      </w:r>
    </w:p>
    <w:p>
      <w:r>
        <w:t>[ ] Review applicable manufacturer instructions and qualifications</w:t>
      </w:r>
    </w:p>
    <w:p>
      <w:r>
        <w:t>[ ] Record equipment identification and visible condition</w:t>
      </w:r>
    </w:p>
    <w:p>
      <w:r>
        <w:t>[ ] Document inspection or maintenance performed by a qualified pro</w:t>
      </w:r>
    </w:p>
    <w:p>
      <w:r>
        <w:t>[ ] Record parts materials and test results where applicable</w:t>
      </w:r>
    </w:p>
    <w:p>
      <w:r>
        <w:t>[ ] Note work outside the agreed scope before proceeding</w:t>
      </w:r>
    </w:p>
    <w:p>
      <w:r>
        <w:t>[ ] Provide findings limitations and recommended next visit</w:t>
      </w:r>
    </w:p>
    <w:p>
      <w:r>
        <w:t>[ ] Leave completion notes and customer acknowledgement</w:t>
      </w:r>
    </w:p>
    <w:p>
      <w:r>
        <w:t>Findings and work performed ______________________________</w:t>
      </w:r>
    </w:p>
    <w:p>
      <w:r>
        <w:t>Next action and responsible person ________________________</w:t>
      </w:r>
    </w:p>
    <w:p>
      <w:r>
        <w:t>Customer acknowledgement __________  Date __________</w:t>
      </w:r>
    </w:p>
    <w:p>
      <w:r>
        <w:t>This is a record template, not technical maintenance instructions.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Garage Doors Maintenance Checklist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