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Electrical Invoice</w:t>
      </w:r>
    </w:p>
    <w:p>
      <w:r>
        <w:t>Business name ______________________________</w:t>
      </w:r>
    </w:p>
    <w:p>
      <w:r>
        <w:t>Business phone and email ______________________________</w:t>
      </w:r>
    </w:p>
    <w:p>
      <w:r>
        <w:t>Business mailing address ______________________________</w:t>
      </w:r>
    </w:p>
    <w:p>
      <w:r>
        <w:t>Customer name ______________________________</w:t>
      </w:r>
    </w:p>
    <w:p>
      <w:r>
        <w:t>Service location ______________________________</w:t>
      </w:r>
    </w:p>
    <w:p>
      <w:r>
        <w:t>Document date __________  Reference __________</w:t>
      </w:r>
    </w:p>
    <w:p>
      <w:r>
        <w:t>Invoice date __________  Due date __________</w:t>
      </w:r>
    </w:p>
    <w:p>
      <w:r>
        <w:t>Circuit or fixture location ____________________</w:t>
      </w:r>
    </w:p>
    <w:p>
      <w:r>
        <w:t>Requested electrical scope ____________________</w:t>
      </w:r>
    </w:p>
    <w:p>
      <w:r>
        <w:t>Permit and inspection responsibility ____________________</w:t>
      </w:r>
    </w:p>
    <w:p>
      <w:r>
        <w:t>Description                         Qty       Rate       Amount</w:t>
      </w:r>
    </w:p>
    <w:p>
      <w:r>
        <w:t>_______________________________________________</w:t>
      </w:r>
    </w:p>
    <w:p>
      <w:r>
        <w:t>_______________________________________________</w:t>
      </w:r>
    </w:p>
    <w:p>
      <w:r>
        <w:t>_______________________________________________</w:t>
      </w:r>
    </w:p>
    <w:p>
      <w:r>
        <w:t>_______________________________________________</w:t>
      </w:r>
    </w:p>
    <w:p>
      <w:r>
        <w:t>Labor __________  Materials __________  Trip fee __________</w:t>
      </w:r>
    </w:p>
    <w:p>
      <w:r>
        <w:t>Subtotal __________  Tax if applicable __________</w:t>
      </w:r>
    </w:p>
    <w:p>
      <w:r>
        <w:t>Deposit or prior payments __________  Total or balance __________</w:t>
      </w:r>
    </w:p>
    <w:p>
      <w:r>
        <w:t>Work completed and completion date ________________________</w:t>
      </w:r>
    </w:p>
    <w:p>
      <w:r>
        <w:t>Payment instructions and reference ________________________</w:t>
      </w:r>
    </w:p>
    <w:p>
      <w:r>
        <w:t>Payment received __________  Method __________  Date __________</w:t>
      </w:r>
    </w:p>
    <w:sectPr w:rsidR="00FC693F" w:rsidRPr="0006063C" w:rsidSect="00034616">
      <w:footerReference w:type="default" r:id="rId9"/>
      <w:pgSz w:w="12240" w:h="15840"/>
      <w:pgMar w:top="792" w:right="1008" w:bottom="792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/>
    <w:r>
      <w:rPr>
        <w:sz w:val="16"/>
      </w:rPr>
      <w:t>Shop contact ____________________  |  Template from ampdIQ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/>
    </w:pPr>
    <w:rPr>
      <w:rFonts w:ascii="Arial" w:hAnsi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200" w:line="240" w:lineRule="auto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4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Electrical Invoice</dc:title>
  <dc:subject/>
  <dc:creator>ampdIQ Team</dc:creator>
  <cp:keywords/>
  <dc:description>generated by python-docx</dc:description>
  <cp:lastModifiedBy>ampdIQ Team</cp:lastModifiedBy>
  <cp:revision>1</cp:revision>
  <dcterms:created xsi:type="dcterms:W3CDTF">2013-12-23T23:15:00Z</dcterms:created>
  <dcterms:modified xsi:type="dcterms:W3CDTF">2013-12-23T23:15:00Z</dcterms:modified>
  <cp:category/>
</cp:coreProperties>
</file>